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  <w:jc w:val="center"/>
      </w:pPr>
      <w:r>
        <w:rPr>
          <w:rFonts w:ascii="Aptos Display" w:hAnsi="Aptos Display"/>
          <w:b/>
          <w:color w:val="092A45"/>
          <w:sz w:val="56"/>
        </w:rPr>
        <w:t>İDARECİ ÖĞRENCİ DİSİPLİN</w:t>
        <w:br/>
        <w:t>EVRAK PAKETİ</w:t>
      </w:r>
    </w:p>
    <w:p>
      <w:pPr>
        <w:jc w:val="center"/>
      </w:pPr>
      <w:r>
        <w:rPr>
          <w:b/>
          <w:color w:val="CD962D"/>
          <w:sz w:val="32"/>
        </w:rPr>
        <w:t>ORTAOKUL + LİSE | 2026-2027</w:t>
      </w:r>
    </w:p>
    <w:p>
      <w:r>
        <w:br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Düzenlenebilir yönetici şablonları • Somut olayın özelliklerine ve yürürlükteki mevzuata göre uyarlanmalıdır.</w:t>
              <w:br/>
              <w:t>Resmî yönetmelik ekleri (EK-10 / EK-1) için ilgili güncel resmî örnek esas alınmalıdır.</w:t>
            </w:r>
          </w:p>
        </w:tc>
      </w:tr>
    </w:tbl>
    <w:p>
      <w:pPr>
        <w:spacing w:after="20"/>
      </w:pPr>
    </w:p>
    <w:p>
      <w:pPr>
        <w:spacing w:before="1800"/>
        <w:jc w:val="center"/>
      </w:pPr>
      <w:r>
        <w:rPr>
          <w:b/>
          <w:color w:val="1C97A4"/>
          <w:sz w:val="22"/>
        </w:rPr>
        <w:t>Instagram: @agaogluburak</w:t>
        <w:br/>
        <w:t>YouTube: Burak AĞAOĞLU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092A45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PAKET İÇERİĞİ</w:t>
            </w:r>
          </w:p>
        </w:tc>
      </w:tr>
    </w:tbl>
    <w:p>
      <w:pPr>
        <w:spacing w:after="20"/>
      </w:pPr>
    </w:p>
    <w:p>
      <w:pPr/>
      <w:r>
        <w:rPr>
          <w:b/>
        </w:rPr>
        <w:t xml:space="preserve">• </w:t>
      </w:r>
      <w:r>
        <w:t>ORTAK FORMLAR: Olay Tespit Tutanağı • Delil Listesi • Dizi Pusulası • Veli Görüşme/Bildirim • Dosya Kontrol Listesi</w:t>
      </w:r>
    </w:p>
    <w:p>
      <w:pPr/>
      <w:r>
        <w:rPr>
          <w:b/>
        </w:rPr>
        <w:t xml:space="preserve">• </w:t>
      </w:r>
      <w:r>
        <w:t>ORTAOKUL: Öğrenci İfade • Tanık İfade • İfade Vermeme Tutanağı • Rehberlik Görüşü • Kurula Sevk • ÖDDK Toplantı Tutanağı • Karar Hazırlama Kontrolü • Müdür Onayı • Veli Tebliği • İtiraz • İlçe Kuruluna Üst Yazı • e-Okul / Kaldırma</w:t>
      </w:r>
    </w:p>
    <w:p>
      <w:pPr/>
      <w:r>
        <w:rPr>
          <w:b/>
        </w:rPr>
        <w:t xml:space="preserve">• </w:t>
      </w:r>
      <w:r>
        <w:t>LİSE: Disiplin Bildirim • Bilgi Toplama Öğretmen/Öğrenci • Mağdur/Tanık/İlgili Öğrenci İfadeleri • Çağrı Pusulası • Yazılı/Sözlü Savunma • Savunma Vermeme • Rehberlik Görüşü • Kurula Sevk • Toplantı Çağrısı • EK-1 Hazırlama Kontrolü • Onay/Tebliğ • İtiraz • İlçe/İl Sevk • e-Okul/e-Mesem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ÖNEMLİ: Bu paketteki yardımcı şablonlar resmî mevzuat eklerinin yerine geçmez. Ortaöğretimde disiplin dosyasında yazılı ifadeler, savunma, varsa mahkeme kararı/safahatı, diğer soruşturma belgeleri ve ilgili kurul kararı bulunur. Kararlar ilgili resmî EK örneklerine uygun düzenlenir.</w:t>
            </w:r>
          </w:p>
        </w:tc>
      </w:tr>
    </w:tbl>
    <w:p>
      <w:pPr>
        <w:spacing w:after="2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01 • OLAY TESPİT TUTANAĞI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Bir olay okul yönetimince/personelce görüldüğünde veya somut biçimde tespit edildiğinde ilk kayıt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Okul/Kurum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Saat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Olay Yeri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İlgili Öğrenci(ler)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Tutanağı Düzenleyen(ler) </w:t>
      </w:r>
      <w:r>
        <w:t>____________________________________________________________</w:t>
      </w:r>
    </w:p>
    <w:p>
      <w:pPr>
        <w:pStyle w:val="Heading3"/>
      </w:pPr>
      <w:r>
        <w:t>OLAYIN KRONOLOJİK VE SOMUT ANLATIMI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İLK ALINAN TEDBİRLER / YAPILAN İŞLEMLER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Düzenleyen 1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Düzenleyen 2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Varsa Diğer Görevli</w:t>
            </w:r>
          </w:p>
        </w:tc>
      </w:tr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02 • DELİL / BELGE LİSTESİ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Olayla ilgili bilgi, belge ve kayıtların dosyada izlenebilir biçimde listelenmesi için.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c>
          <w:tcPr>
            <w:tcW w:type="dxa" w:w="2096"/>
            <w:shd w:fill="092A45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Sıra</w:t>
            </w:r>
          </w:p>
        </w:tc>
        <w:tc>
          <w:tcPr>
            <w:tcW w:type="dxa" w:w="2096"/>
            <w:shd w:fill="092A45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Belge/Delil</w:t>
            </w:r>
          </w:p>
        </w:tc>
        <w:tc>
          <w:tcPr>
            <w:tcW w:type="dxa" w:w="2096"/>
            <w:shd w:fill="092A45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Tarih</w:t>
            </w:r>
          </w:p>
        </w:tc>
        <w:tc>
          <w:tcPr>
            <w:tcW w:type="dxa" w:w="2096"/>
            <w:shd w:fill="092A45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Nereden Temin Edildi</w:t>
            </w:r>
          </w:p>
        </w:tc>
        <w:tc>
          <w:tcPr>
            <w:tcW w:type="dxa" w:w="2096"/>
            <w:shd w:fill="092A45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Açıklama</w:t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1</w:t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2</w:t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3</w:t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4</w:t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5</w:t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6</w:t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7</w:t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8</w:t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9</w:t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10</w:t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  <w:tc>
          <w:tcPr>
            <w:tcW w:type="dxa" w:w="2096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</w:r>
          </w:p>
        </w:tc>
      </w:tr>
    </w:tbl>
    <w:p/>
    <w:p>
      <w:pPr>
        <w:spacing w:after="80"/>
      </w:pPr>
      <w:r>
        <w:rPr>
          <w:b/>
        </w:rPr>
        <w:t xml:space="preserve">Dosyayı Düzenleyen </w:t>
      </w:r>
      <w:r>
        <w:t>_____________________________________________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03 • DİZİ PUSULASI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Disiplin/yaptırım dosyasındaki evrakların sırasını ve sayfa numaralarını göstermek için.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c>
          <w:tcPr>
            <w:tcW w:type="dxa" w:w="2620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Sıra</w:t>
            </w:r>
          </w:p>
        </w:tc>
        <w:tc>
          <w:tcPr>
            <w:tcW w:type="dxa" w:w="2620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Evrakın Adı</w:t>
            </w:r>
          </w:p>
        </w:tc>
        <w:tc>
          <w:tcPr>
            <w:tcW w:type="dxa" w:w="2620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Tarih/Sayı</w:t>
            </w:r>
          </w:p>
        </w:tc>
        <w:tc>
          <w:tcPr>
            <w:tcW w:type="dxa" w:w="2620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Dosya Sayfa No</w:t>
            </w:r>
          </w:p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1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2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3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4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5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6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7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8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9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10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11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12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13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14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15</w:t>
            </w:r>
          </w:p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  <w:tc>
          <w:tcPr>
            <w:tcW w:type="dxa" w:w="2620"/>
          </w:tcPr>
          <w:p/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BÖLÜM A • ORTAOKUL / İMAM HATİP ORTAOKULU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Temel sistem: Uyarma • Kınama • Okul Değiştirme. Öğrenci Davranışlarını Değerlendirme Kurulu işlemlerinde güncel İlköğretim Kurumları Yönetmeliği esas alınmalıdır.</w:t>
            </w:r>
          </w:p>
        </w:tc>
      </w:tr>
    </w:tbl>
    <w:p>
      <w:pPr>
        <w:spacing w:after="20"/>
      </w:pPr>
    </w:p>
    <w:p>
      <w:pPr>
        <w:pStyle w:val="Heading2"/>
      </w:pPr>
      <w:r>
        <w:t>Önerilen dosya akışı:</w:t>
      </w:r>
    </w:p>
    <w:p>
      <w:r>
        <w:t>• Olay/Tutanak</w:t>
      </w:r>
    </w:p>
    <w:p>
      <w:r>
        <w:t>• Bilgi-belge/delil</w:t>
      </w:r>
    </w:p>
    <w:p>
      <w:r>
        <w:t>• Kurula sevk</w:t>
      </w:r>
    </w:p>
    <w:p>
      <w:r>
        <w:t>• Öğrenci ve tanık ifadeleri</w:t>
      </w:r>
    </w:p>
    <w:p>
      <w:r>
        <w:t>• Kurul değerlendirmesi ve karar</w:t>
      </w:r>
    </w:p>
    <w:p>
      <w:r>
        <w:t>• Yetkili onay</w:t>
      </w:r>
    </w:p>
    <w:p>
      <w:r>
        <w:t>• Veliye tebliğ ve varsa itiraz</w:t>
      </w:r>
    </w:p>
    <w:p>
      <w:r>
        <w:t>• e-Okul kaydı ve izleme/kaldırma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A-01 • ÖĞRENCİ İFADE TUTANAĞI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Kurula sevk edilen öğrencinin olayla ilgili ifadesinin alınması için.</w:t>
              <w:br/>
              <w:t>DAYANAK / NOT: İfade, kurul başkanı tarafından rehberlik öğretmeni; bulunmaması hâlinde bir öğretmen eşliğinde alınır.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Okul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Öğrencinin 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Sınıfı/Şubesi - 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İfade Tarihi/Saati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Olay Tarihi/Yeri </w:t>
      </w:r>
      <w:r>
        <w:t>_______________________________________________________</w:t>
      </w:r>
    </w:p>
    <w:p>
      <w:pPr>
        <w:pStyle w:val="Heading3"/>
      </w:pPr>
      <w:r>
        <w:t>ÖĞRENCİYE OLAY AÇIKLANARAK SORULAN SORULAR VE CEVAPLARI</w:t>
      </w:r>
    </w:p>
    <w:p>
      <w:r>
        <w:t>1. Soru: ___________________________________________________________________________________</w:t>
      </w:r>
    </w:p>
    <w:p>
      <w:r>
        <w:t>Cevap: 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2. Soru: ___________________________________________________________________________________</w:t>
      </w:r>
    </w:p>
    <w:p>
      <w:r>
        <w:t>Cevap: 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3. Soru: ___________________________________________________________________________________</w:t>
      </w:r>
    </w:p>
    <w:p>
      <w:r>
        <w:t>Cevap: 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4. Soru: ___________________________________________________________________________________</w:t>
      </w:r>
    </w:p>
    <w:p>
      <w:r>
        <w:t>Cevap: 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Öğrenci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Kurul Başkanı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Rehberlik Öğretmeni / Eşlik Eden Öğretmen</w:t>
            </w:r>
          </w:p>
        </w:tc>
      </w:tr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A-02 • TANIK İFADE TUTANAĞI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Olayla ilgili tanık öğrencinin/personelin bilgisine başvurulması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Tanığın 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Sınıfı/Şubesi veya Görevi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Tarih/Saat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Olayla İlişkisi </w:t>
      </w:r>
      <w:r>
        <w:t>_______________________________________________________</w:t>
      </w:r>
    </w:p>
    <w:p>
      <w:pPr>
        <w:pStyle w:val="Heading3"/>
      </w:pPr>
      <w:r>
        <w:t>İFADE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İfade Veren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Kurul Başkanı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Eşlik Eden Öğretmen</w:t>
            </w:r>
          </w:p>
        </w:tc>
      </w:tr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A-03 • İFADE VERME / ÇAĞRIYA GELMEME TUTANAĞI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Çağrıldığı hâlde özürsüz gelmeyen veya ifade vermeyen öğrenci/tanık durumunun kayıt altına alınması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Adı Soyadı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Sınıfı/Şubesi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Çağrı Tarihi/Saati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Tespit Tarihi/Saati </w:t>
      </w:r>
      <w:r>
        <w:t>____________________________________________________________</w:t>
      </w:r>
    </w:p>
    <w:p>
      <w:pPr>
        <w:pStyle w:val="Heading3"/>
      </w:pPr>
      <w:r>
        <w:t>AÇIKLAMA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Kurul Başkanı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Üye / Öğretmen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Üye / Öğretmen</w:t>
            </w:r>
          </w:p>
        </w:tc>
      </w:tr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A-04 • REHBERLİK / SINIF REHBER ÖĞRETMENİ GÖRÜŞ FORMU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Öğrencinin kişisel, sosyal ve okul yaşantısına ilişkin değerlendirme gerektiğinde yardımcı bilgi için.</w:t>
              <w:br/>
              <w:t>DAYANAK / NOT: Kurul kararının yerine geçmez; öğrencinin gelişimsel ve rehberlik boyutunu destekler.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Öğrencinin Adı Soyadı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Sınıfı/Şubesi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Görüşü Hazırlayan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____________________________________________________________</w:t>
      </w:r>
    </w:p>
    <w:p>
      <w:pPr>
        <w:pStyle w:val="Heading3"/>
      </w:pPr>
      <w:r>
        <w:t>Öğrencinin genel okul uyumu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Derslere ilgi ve başarı durumu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Akran ilişkileri / sosyal durum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Daha önce yapılan rehberlik çalışmaları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Görüş ve öneriler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A-05 • ÖDDK'YA SEVK YAZISI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Olayın Öğrenci Davranışlarını Değerlendirme Kuruluna resmî olarak intikali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Sayı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Konu </w:t>
      </w:r>
      <w:r>
        <w:t>____________________________________________________________</w:t>
      </w:r>
    </w:p>
    <w:p>
      <w:pPr>
        <w:jc w:val="center"/>
      </w:pPr>
      <w:r>
        <w:rPr>
          <w:b/>
        </w:rPr>
        <w:t>ÖĞRENCİ DAVRANIŞLARINI DEĞERLENDİRME KURULU BAŞKANLIĞINA</w:t>
      </w:r>
    </w:p>
    <w:p>
      <w:r>
        <w:t>Aşağıda bilgileri bulunan öğrenci/öğrencilerle ilgili olay ve ekli belgeler, yürürlükteki mevzuat çerçevesinde değerlendirilmek üzere kurulunuza gönderilmiştir.</w:t>
      </w:r>
    </w:p>
    <w:p>
      <w:pPr>
        <w:spacing w:after="80"/>
      </w:pPr>
      <w:r>
        <w:rPr>
          <w:b/>
        </w:rPr>
        <w:t xml:space="preserve">Öğrencinin 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Sınıfı/Şubesi - 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Olay Tarihi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Olayın Kısa Konusu </w:t>
      </w:r>
      <w:r>
        <w:t>_______________________________________________________</w:t>
      </w:r>
    </w:p>
    <w:p>
      <w:pPr>
        <w:pStyle w:val="Heading3"/>
      </w:pPr>
      <w:r>
        <w:t>Ekler:</w:t>
      </w:r>
    </w:p>
    <w:p>
      <w:r>
        <w:t>1. ______________________________________________</w:t>
      </w:r>
    </w:p>
    <w:p>
      <w:r>
        <w:t>2. ______________________________________________</w:t>
      </w:r>
    </w:p>
    <w:p>
      <w:r>
        <w:t>3. ______________________________________________</w:t>
      </w:r>
    </w:p>
    <w:p>
      <w:r>
        <w:t>4. ______________________________________________</w:t>
      </w:r>
    </w:p>
    <w:p>
      <w:r>
        <w:t>5. ______________________________________________</w:t>
      </w:r>
    </w:p>
    <w:p>
      <w:r>
        <w:t>6. 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Okul Müdürü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A-06 • ÖDDK TOPLANTI / DEĞERLENDİRME TUTANAĞI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Kurulun olay dosyasını görüşmesi sırasında işlem ve değerlendirmelerin kayıt altına alınması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Toplantı Tarihi/Saati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Karar No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Toplantı Yeri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Öğrencinin Adı Soyadı - Sınıfı </w:t>
      </w:r>
      <w:r>
        <w:t>__________________________________________________</w:t>
      </w:r>
    </w:p>
    <w:p>
      <w:pPr>
        <w:pStyle w:val="Heading3"/>
      </w:pPr>
      <w:r>
        <w:t>İNCELENEN BELGE VE DELİLLER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DEĞERLENDİRME / GEREKÇE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spacing w:after="80"/>
      </w:pPr>
      <w:r>
        <w:rPr>
          <w:b/>
        </w:rPr>
        <w:t xml:space="preserve">Uygulanması Öngörülen Yaptırım </w:t>
      </w:r>
      <w:r>
        <w:t>_____________________________________________</w:t>
      </w:r>
    </w:p>
    <w:p>
      <w:pPr>
        <w:spacing w:after="80"/>
      </w:pPr>
      <w:r>
        <w:rPr>
          <w:b/>
        </w:rPr>
        <w:t xml:space="preserve">Dayanılan Yönetmelik Maddesi/Bendi </w:t>
      </w:r>
      <w:r>
        <w:t>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Başkan</w:t>
            </w:r>
          </w:p>
        </w:tc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Üye</w:t>
            </w:r>
          </w:p>
        </w:tc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Üye</w:t>
            </w:r>
          </w:p>
        </w:tc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Üye</w:t>
            </w:r>
          </w:p>
        </w:tc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Veli Üye</w:t>
            </w:r>
          </w:p>
        </w:tc>
      </w:tr>
      <w:tr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2096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A-07 • EK-10 KARAR FORMU HAZIRLAMA KONTROLÜ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Resmî EK-10 karar formu düzenlenmeden önce dosya ve karar unsurlarının kontrolü için.</w:t>
              <w:br/>
              <w:t>DAYANAK / NOT: Bu sayfa EK-10'un yerine geçmez. Güncel resmî EK-10 örneği kullanılmalıdır.</w:t>
            </w:r>
          </w:p>
        </w:tc>
      </w:tr>
    </w:tbl>
    <w:p>
      <w:pPr>
        <w:spacing w:after="20"/>
      </w:pPr>
    </w:p>
    <w:p>
      <w:r>
        <w:t>☐ Karar no ve tarihi</w:t>
      </w:r>
    </w:p>
    <w:p>
      <w:r>
        <w:t>☐ Öğrenci kimlik/sınıf bilgileri</w:t>
      </w:r>
    </w:p>
    <w:p>
      <w:r>
        <w:t>☐ Olayın yeri ve tarihi</w:t>
      </w:r>
    </w:p>
    <w:p>
      <w:r>
        <w:t>☐ Olumsuz davranışın somut tanımı</w:t>
      </w:r>
    </w:p>
    <w:p>
      <w:r>
        <w:t>☐ Öğrenci ifadesi</w:t>
      </w:r>
    </w:p>
    <w:p>
      <w:r>
        <w:t>☐ Tanık ifadeleri</w:t>
      </w:r>
    </w:p>
    <w:p>
      <w:r>
        <w:t>☐ Diğer bilgi ve belgeler</w:t>
      </w:r>
    </w:p>
    <w:p>
      <w:r>
        <w:t>☐ Yaptırım takdirinde dikkate alınan hususlar</w:t>
      </w:r>
    </w:p>
    <w:p>
      <w:r>
        <w:t>☐ Gerekçe</w:t>
      </w:r>
    </w:p>
    <w:p>
      <w:r>
        <w:t>☐ Dayanılan yönetmelik maddesi/bendi</w:t>
      </w:r>
    </w:p>
    <w:p>
      <w:r>
        <w:t>☐ Kurul üyelerinin imzaları</w:t>
      </w:r>
    </w:p>
    <w:p>
      <w:r>
        <w:t>☐ Gerekli onay makamı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A-08 • OKUL MÜDÜRÜ ONAY ŞABLONU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Uyarma/kınama gibi okul müdürü onayı gerektiren kurul kararlarının onay sürecinde yardımcı üst form olarak.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Karar No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Karar Tarihi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Öğrencinin 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Sınıfı/Şubesi </w:t>
      </w:r>
      <w:r>
        <w:t>___________________________________</w:t>
      </w:r>
    </w:p>
    <w:p>
      <w:r>
        <w:t>Öğrenci Davranışlarını Değerlendirme Kurulunun yukarıda belirtilen kararının, yürürlükteki mevzuat hükümleri çerçevesinde uygulanması uygundur.</w:t>
      </w:r>
    </w:p>
    <w:p>
      <w:r>
        <w:br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Okul Müdürü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A-09 • VELİYE YAPTIRIM TEBLİĞ BELGESİ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Kesinleşen yaptırım kararının öğrenci velisine tebliği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Öğrencinin Adı Soyadı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Sınıfı/Şubesi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Karar No/Tarih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Yaptırım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Tebliğ Tarihi </w:t>
      </w:r>
      <w:r>
        <w:t>__________________________________________________</w:t>
      </w:r>
    </w:p>
    <w:p>
      <w:r>
        <w:t>Yukarıda bilgileri bulunan öğrenci hakkında alınan karar tarafıma tebliğ edilmiştir.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Veli, kararın tebliğ tarihinden itibaren mevzuatta belirtilen süre içinde okul müdürlüğüne itiraz edebilir.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Tebellüğ Eden Veli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Tebliğ Eden</w:t>
            </w:r>
          </w:p>
        </w:tc>
      </w:tr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A-10 • VELİ İTİRAZ DİLEKÇESİ ŞABLONU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Veli yaptırım kararına süresi içinde itiraz etmek istediğinde kullanılabilecek yardımcı şablon.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Okul Müdürlüğü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___________________________________</w:t>
      </w:r>
    </w:p>
    <w:p>
      <w:r>
        <w:t>Konu: Öğrenci yaptırım kararına itiraz</w:t>
      </w:r>
    </w:p>
    <w:p>
      <w:pPr>
        <w:spacing w:after="80"/>
      </w:pPr>
      <w:r>
        <w:rPr>
          <w:b/>
        </w:rPr>
        <w:t xml:space="preserve">Öğrencinin 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Sınıfı/Şubesi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Karar No/Tarih </w:t>
      </w:r>
      <w:r>
        <w:t>_______________________________________________________</w:t>
      </w:r>
    </w:p>
    <w:p>
      <w:pPr>
        <w:pStyle w:val="Heading3"/>
      </w:pPr>
      <w:r>
        <w:t>İTİRAZ GEREKÇELERİ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Veli Adı Soyadı / İmza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A-11 • İLÇE KURULUNA GÖNDERME ÜST YAZISI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Okul değiştirme yaptırımı veya mevzuat gereği ilçe kuruluna gönderilecek dosyaların üst yazısı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Sayı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Konu </w:t>
      </w:r>
      <w:r>
        <w:t>____________________________________________________________</w:t>
      </w:r>
    </w:p>
    <w:p>
      <w:pPr>
        <w:jc w:val="center"/>
      </w:pPr>
      <w:r>
        <w:rPr>
          <w:b/>
        </w:rPr>
        <w:t>İLÇE MİLLÎ EĞİTİM MÜDÜRLÜĞÜNE</w:t>
      </w:r>
    </w:p>
    <w:p>
      <w:r>
        <w:t>Ekli öğrenci davranışları dosyası, ilgili kurulca değerlendirilmek/onaylanmak üzere gönderilmiştir.</w:t>
      </w:r>
    </w:p>
    <w:p>
      <w:pPr>
        <w:pStyle w:val="Heading3"/>
      </w:pPr>
      <w:r>
        <w:t>Ekler:</w:t>
      </w:r>
    </w:p>
    <w:p>
      <w:r>
        <w:t>1. ______________________________________________</w:t>
      </w:r>
    </w:p>
    <w:p>
      <w:r>
        <w:t>2. ______________________________________________</w:t>
      </w:r>
    </w:p>
    <w:p>
      <w:r>
        <w:t>3. ______________________________________________</w:t>
      </w:r>
    </w:p>
    <w:p>
      <w:r>
        <w:t>4. ______________________________________________</w:t>
      </w:r>
    </w:p>
    <w:p>
      <w:r>
        <w:t>5. ______________________________________________</w:t>
      </w:r>
    </w:p>
    <w:p>
      <w:r>
        <w:t>6. ______________________________________________</w:t>
      </w:r>
    </w:p>
    <w:p>
      <w:r>
        <w:t>7. ______________________________________________</w:t>
      </w:r>
    </w:p>
    <w:p>
      <w:r>
        <w:t>8. ______________________________________________</w:t>
      </w:r>
    </w:p>
    <w:p>
      <w:r>
        <w:t>9. 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Okul Müdürü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1C97A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A-12 • e-OKUL VE YAPTIRIM KALDIRMA İZLEME FORMU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Yaptırım kaydı, öğrencinin sonraki davranışlarının izlenmesi ve dönem sonu kaldırma değerlendirmesi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Yaptırım / Karar 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e-Okul İşlem Tarihi </w:t>
      </w:r>
      <w:r>
        <w:t>_______________________________________________________</w:t>
      </w:r>
    </w:p>
    <w:p>
      <w:r>
        <w:t>☐ Yaptırıma neden olan davranış tekrar etmedi.</w:t>
      </w:r>
    </w:p>
    <w:p>
      <w:r>
        <w:t>☐ Öğrencide olumlu davranış değişikliği gözlendi.</w:t>
      </w:r>
    </w:p>
    <w:p>
      <w:r>
        <w:t>☐ Rehberlik/izleme çalışmaları yapıldı.</w:t>
      </w:r>
    </w:p>
    <w:p>
      <w:r>
        <w:t>☐ Dönem sonunda kurulca kaldırma yönünden değerlendirildi.</w:t>
      </w:r>
    </w:p>
    <w:p>
      <w:r>
        <w:t>☐ Kaldırıldıysa e-Okul kaydı güncellendi/silindi.</w:t>
      </w:r>
    </w:p>
    <w:p>
      <w:pPr>
        <w:spacing w:after="80"/>
      </w:pPr>
      <w:r>
        <w:rPr>
          <w:b/>
        </w:rPr>
        <w:t xml:space="preserve">Kurul Karar No/Tarih </w:t>
      </w:r>
      <w:r>
        <w:t>_____________________________________________</w:t>
      </w:r>
    </w:p>
    <w:p>
      <w:pPr>
        <w:spacing w:after="80"/>
      </w:pPr>
      <w:r>
        <w:rPr>
          <w:b/>
        </w:rPr>
        <w:t xml:space="preserve">Açıklama </w:t>
      </w:r>
      <w:r>
        <w:t>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BÖLÜM B • LİSE / ORTAÖĞRETİM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Ortaöğretimde disiplin dosyası; yazılı ifadeler, savunma, varsa mahkeme kararı/safahatı, diğer ilgili belgeler ve kurul kararını içerir. Kurul kararları ilgili resmî EK örneğine uygun düzenlenir.</w:t>
            </w:r>
          </w:p>
        </w:tc>
      </w:tr>
    </w:tbl>
    <w:p>
      <w:pPr>
        <w:spacing w:after="20"/>
      </w:pPr>
    </w:p>
    <w:p>
      <w:pPr>
        <w:pStyle w:val="Heading2"/>
      </w:pPr>
      <w:r>
        <w:t>Önerilen dosya akışı:</w:t>
      </w:r>
    </w:p>
    <w:p>
      <w:r>
        <w:t>• Disiplin bildirim / olay</w:t>
      </w:r>
    </w:p>
    <w:p>
      <w:r>
        <w:t>• Bilgi toplama ve rehberlik değerlendirmesi</w:t>
      </w:r>
    </w:p>
    <w:p>
      <w:r>
        <w:t>• Kurula sevk</w:t>
      </w:r>
    </w:p>
    <w:p>
      <w:r>
        <w:t>• Yazılı ifadeler ve deliller</w:t>
      </w:r>
    </w:p>
    <w:p>
      <w:r>
        <w:t>• Kurula çağrı ve savunma</w:t>
      </w:r>
    </w:p>
    <w:p>
      <w:r>
        <w:t>• Kurul kararı (EK-1)</w:t>
      </w:r>
    </w:p>
    <w:p>
      <w:r>
        <w:t>• Yetkili onay</w:t>
      </w:r>
    </w:p>
    <w:p>
      <w:r>
        <w:t>• Tebliğ/itiraz</w:t>
      </w:r>
    </w:p>
    <w:p>
      <w:r>
        <w:t>• e-Okul/e-Mesem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B-01 • DİSİPLİN BİLDİRİM FORMU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Disiplin cezasını gerektirebileceği düşünülen olayın okul yönetimine/ilgili sürece bildirilmesi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Bildiren Kişi / Görevi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Tarih/Saat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Öğrencinin 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Olay Yeri/Tarihi </w:t>
      </w:r>
      <w:r>
        <w:t>_______________________________________________________</w:t>
      </w:r>
    </w:p>
    <w:p>
      <w:pPr>
        <w:pStyle w:val="Heading3"/>
      </w:pPr>
      <w:r>
        <w:t>OLAY / DAVRANIŞIN SOMUT AÇIKLAMASI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spacing w:after="80"/>
      </w:pPr>
      <w:r>
        <w:rPr>
          <w:b/>
        </w:rPr>
        <w:t xml:space="preserve">Varsa Ek/Delil </w:t>
      </w:r>
      <w:r>
        <w:t>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Bildiren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Teslim Alan</w:t>
            </w:r>
          </w:p>
        </w:tc>
      </w:tr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B-02 • BİLGİ TOPLAMA - ÖĞRETMEN FORMU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Olay veya öğrenci hakkında ilgili öğretmenden somut okul bilgisi alınması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Öğretmenin 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Branşı/Görevi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Öğrenci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_______________________________________________________</w:t>
      </w:r>
    </w:p>
    <w:p>
      <w:pPr>
        <w:pStyle w:val="Heading3"/>
      </w:pPr>
      <w:r>
        <w:t>Olay hakkında bildikleriniz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Öğrencinin ders/okul davranışlarına ilişkin somut gözlemleriniz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Varsa daha önce gözlenen benzer durumlar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Bilgi Veren Öğretmen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B-03 • BİLGİ TOPLAMA - ÖĞRENCİ FORMU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Kurula sevk öncesi/olay araştırmasında öğrenciden bilgi alınması gereken durumlarda yardımcı form.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Öğrencinin 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Tarih/Saat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Olayla İlişkisi </w:t>
      </w:r>
      <w:r>
        <w:t>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Öğrenci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Bilgiyi Alan</w:t>
            </w:r>
          </w:p>
        </w:tc>
      </w:tr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B-04 • MAĞDUR ÖĞRENCİ İFADE TUTANAĞI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Olaydan etkilenen/mağdur öğrencinin ifadesinin alınması için.</w:t>
              <w:br/>
              <w:t>DAYANAK / NOT: İfadeler olay, yer, zaman, kişiler ve somut davranışlar yönünden açık olmalıdır.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Tarih/Saat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Olay Tarihi/Yeri </w:t>
      </w:r>
      <w:r>
        <w:t>_______________________________________________________</w:t>
      </w:r>
    </w:p>
    <w:p>
      <w:pPr>
        <w:pStyle w:val="Heading3"/>
      </w:pPr>
      <w:r>
        <w:t>İFADE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İfade Veren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İfadeyi Alan</w:t>
            </w:r>
          </w:p>
        </w:tc>
      </w:tr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B-05 • TANIK ÖĞRENCİ İFADE TUTANAĞI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Olayı gördüğü/duyduğu belirlenen öğrencinin yazılı ifadesi için.</w:t>
              <w:br/>
              <w:t>DAYANAK / NOT: İfadeler olay, yer, zaman, kişiler ve somut davranışlar yönünden açık olmalıdır.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Tarih/Saat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Olay Tarihi/Yeri </w:t>
      </w:r>
      <w:r>
        <w:t>_______________________________________________________</w:t>
      </w:r>
    </w:p>
    <w:p>
      <w:pPr>
        <w:pStyle w:val="Heading3"/>
      </w:pPr>
      <w:r>
        <w:t>İFADE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İfade Veren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İfadeyi Alan</w:t>
            </w:r>
          </w:p>
        </w:tc>
      </w:tr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B-06 • HAKKINDA İŞLEM YAPILAN ÖĞRENCİ İFADE TUTANAĞI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Kurula sevk edilen öğrenci hakkında md. 193 kapsamında yazılı ifade alınması için.</w:t>
              <w:br/>
              <w:t>DAYANAK / NOT: İfadeler olay, yer, zaman, kişiler ve somut davranışlar yönünden açık olmalıdır.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Tarih/Saat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Olay Tarihi/Yeri </w:t>
      </w:r>
      <w:r>
        <w:t>_______________________________________________________</w:t>
      </w:r>
    </w:p>
    <w:p>
      <w:pPr>
        <w:pStyle w:val="Heading3"/>
      </w:pPr>
      <w:r>
        <w:t>İFADE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İfade Veren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İfadeyi Alan</w:t>
            </w:r>
          </w:p>
        </w:tc>
      </w:tr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B-07 • DİSİPLİN KURULU ÇAĞRI PUSULASI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Kurula sevk edilen öğrencinin kurulda bulunması/savunma vermesi için yazılı ve imza karşılığı çağrılması için.</w:t>
              <w:br/>
              <w:t>DAYANAK / NOT: Ortaöğretim Yönetmeliği md. 194: çağrı duyurusu yazılı ve imza karşılığında yapılır.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Öğrencinin Adı Soyadı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Kurul Tarihi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Saat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Toplantı Yeri </w:t>
      </w:r>
      <w:r>
        <w:t>_______________________________________________________</w:t>
      </w:r>
    </w:p>
    <w:p>
      <w:r>
        <w:t>Yukarıda belirtilen tarih, saat ve yerde yapılacak Okul Öğrenci Ödül ve Disiplin Kurulu toplantısında hazır bulunmanız ve savunmanızı sunmanız gerekmektedir.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41"/>
        <w:gridCol w:w="5241"/>
      </w:tblGrid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Kurul Başkanı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Tebellüğ Eden Öğrenci</w:t>
            </w:r>
          </w:p>
        </w:tc>
      </w:tr>
      <w:tr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5241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B-08 • YAZILI SAVUNMA FORMU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Kurula sevk edilen öğrencinin yazılı savunmasını sunması için.</w:t>
              <w:br/>
              <w:t>DAYANAK / NOT: Kurul tarafından yazılı ve gerektiğinde sözlü savunma alınır.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Öğrencinin Adı Soyadı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Savunma Tarihi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İsnat Edilen Fiil/Davranış </w:t>
      </w:r>
      <w:r>
        <w:t>__________________________________________________</w:t>
      </w:r>
    </w:p>
    <w:p>
      <w:pPr>
        <w:pStyle w:val="Heading3"/>
      </w:pPr>
      <w:r>
        <w:t>SAVUNMA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Öğrenci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B-09 • SÖZLÜ SAVUNMA TUTANAĞI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Kurulun gerekli görmesi hâlinde öğrencinin sözlü savunmasının tutanağa geçirilmesi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Toplantı Tarihi/Saati </w:t>
      </w:r>
      <w:r>
        <w:t>_______________________________________________________</w:t>
      </w:r>
    </w:p>
    <w:p>
      <w:pPr>
        <w:pStyle w:val="Heading3"/>
      </w:pPr>
      <w:r>
        <w:t>SORULAR / CEVAPLAR VE SÖZLÜ SAVUNMA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Öğrenci</w:t>
            </w:r>
          </w:p>
        </w:tc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Kurul Başkanı</w:t>
            </w:r>
          </w:p>
        </w:tc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Üye</w:t>
            </w:r>
          </w:p>
        </w:tc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Üye</w:t>
            </w:r>
          </w:p>
        </w:tc>
      </w:tr>
      <w:tr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2620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B-10 • İFADE / SAVUNMA VERMEME - ÇAĞRIYA GELMEME TUTANAĞI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İfade vermeyen, savunmada bulunmayan veya çağrıldığı hâlde gelmeyen öğrencinin durumunu tespit için.</w:t>
              <w:br/>
              <w:t>DAYANAK / NOT: Ortaöğretim Yönetmeliği md. 195.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Çağrı Tarihi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Tespit Tarihi </w:t>
      </w:r>
      <w:r>
        <w:t>_______________________________________________________</w:t>
      </w:r>
    </w:p>
    <w:p>
      <w:pPr>
        <w:pStyle w:val="Heading3"/>
      </w:pPr>
      <w:r>
        <w:t>TESPİT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Kurul Başkanı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Üye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Üye</w:t>
            </w:r>
          </w:p>
        </w:tc>
      </w:tr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B-11 • REHBERLİK SERVİSİ GÖRÜŞ VE ÖNERİ FORMU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Öğrencinin kişilik ve sosyal durumuna ilişkin rehberlik değerlendirmesinin okul müdürüne sunulması gerektiğinde.</w:t>
              <w:br/>
              <w:t>DAYANAK / NOT: Rehberlik değerlendirmesi ceza verilip verilmemesi yönünde karar yerine geçmez.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Hazırlayan </w:t>
      </w:r>
      <w:r>
        <w:t>_______________________________________________________</w:t>
      </w:r>
    </w:p>
    <w:p>
      <w:pPr>
        <w:pStyle w:val="Heading3"/>
      </w:pPr>
      <w:r>
        <w:t>Kişisel/sosyal duruma ilişkin değerlendirme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Yapılan rehberlik çalışmaları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pStyle w:val="Heading3"/>
      </w:pPr>
      <w:r>
        <w:t>Gelişimsel ihtiyaçlar ve öneriler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Rehber Öğretmen / Psikolojik Danışman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B-12 • OKUL ÖĞRENCİ ÖDÜL VE DİSİPLİN KURULUNA SEVK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Okul müdürünce disiplin dosyasının kurula intikali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Sayı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Konu </w:t>
      </w:r>
      <w:r>
        <w:t>____________________________________________________________</w:t>
      </w:r>
    </w:p>
    <w:p>
      <w:pPr>
        <w:jc w:val="center"/>
      </w:pPr>
      <w:r>
        <w:rPr>
          <w:b/>
        </w:rPr>
        <w:t>OKUL ÖĞRENCİ ÖDÜL VE DİSİPLİN KURULU BAŞKANLIĞINA</w:t>
      </w:r>
    </w:p>
    <w:p>
      <w:r>
        <w:t>Ekli bilgi ve belgelerle birlikte aşağıda bilgileri bulunan öğrenci hakkındaki olay, yürürlükteki mevzuat çerçevesinde değerlendirilmek üzere kurulunuza sevk edilmiştir.</w:t>
      </w:r>
    </w:p>
    <w:p>
      <w:pPr>
        <w:spacing w:after="80"/>
      </w:pPr>
      <w:r>
        <w:rPr>
          <w:b/>
        </w:rPr>
        <w:t xml:space="preserve">Öğrenci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Olay Tarihi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Kısa Konu </w:t>
      </w:r>
      <w:r>
        <w:t>_______________________________________________________</w:t>
      </w:r>
    </w:p>
    <w:p>
      <w:pPr>
        <w:pStyle w:val="Heading3"/>
      </w:pPr>
      <w:r>
        <w:t>Ekler:</w:t>
      </w:r>
    </w:p>
    <w:p>
      <w:r>
        <w:t>1. ______________________________________________</w:t>
      </w:r>
    </w:p>
    <w:p>
      <w:r>
        <w:t>2. ______________________________________________</w:t>
      </w:r>
    </w:p>
    <w:p>
      <w:r>
        <w:t>3. ______________________________________________</w:t>
      </w:r>
    </w:p>
    <w:p>
      <w:r>
        <w:t>4. ______________________________________________</w:t>
      </w:r>
    </w:p>
    <w:p>
      <w:r>
        <w:t>5. ______________________________________________</w:t>
      </w:r>
    </w:p>
    <w:p>
      <w:r>
        <w:t>6. ______________________________________________</w:t>
      </w:r>
    </w:p>
    <w:p>
      <w:r>
        <w:t>7. ______________________________________________</w:t>
      </w:r>
    </w:p>
    <w:p>
      <w:r>
        <w:t>8. 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Okul Müdürü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B-13 • KURUL TOPLANTI ÇAĞRISI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Okul Öğrenci Ödül ve Disiplin Kurulu üyelerinin toplantıya çağrılması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Toplantı Tarihi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Saat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Yer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Gündem / Öğrenci </w:t>
      </w:r>
      <w:r>
        <w:t>_______________________________________________________</w:t>
      </w:r>
    </w:p>
    <w:p>
      <w:r>
        <w:t>Kurulumuz yukarıda belirtilen gündemle toplanacaktır. Belirtilen tarih ve saatte toplantıda hazır bulunmanız rica olunur.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Kurul Başkanı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B-14 • EK-1 KURUL KARARI HAZIRLAMA KONTROLÜ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Resmî EK-1 Okul Öğrenci Ödül ve Disiplin Kurulu Kararı düzenlenmeden önce eksik alan bırakılmaması için.</w:t>
              <w:br/>
              <w:t>DAYANAK / NOT: Bu sayfa EK-1'in yerine geçmez. Karar, yürürlükteki resmî EK-1 örneğine uygun düzenlenmelidir.</w:t>
            </w:r>
          </w:p>
        </w:tc>
      </w:tr>
    </w:tbl>
    <w:p>
      <w:pPr>
        <w:spacing w:after="20"/>
      </w:pPr>
    </w:p>
    <w:p>
      <w:r>
        <w:t>☐ Karar No / Tarihi</w:t>
      </w:r>
    </w:p>
    <w:p>
      <w:r>
        <w:t>☐ Adı Soyadı / Doğum Tarihi</w:t>
      </w:r>
    </w:p>
    <w:p>
      <w:r>
        <w:t>☐ Sınıfı, alanı/dalı ve okul numarası</w:t>
      </w:r>
    </w:p>
    <w:p>
      <w:r>
        <w:t>☐ Yatılı/gündüzlü durumu</w:t>
      </w:r>
    </w:p>
    <w:p>
      <w:r>
        <w:t>☐ Başarı ve sağlık durumu</w:t>
      </w:r>
    </w:p>
    <w:p>
      <w:r>
        <w:t>☐ Aile/çevre bilgileri</w:t>
      </w:r>
    </w:p>
    <w:p>
      <w:r>
        <w:t>☐ Önceki cezalar ve genel durum</w:t>
      </w:r>
    </w:p>
    <w:p>
      <w:r>
        <w:t>☐ Fiilin yeri ve tarihi</w:t>
      </w:r>
    </w:p>
    <w:p>
      <w:r>
        <w:t>☐ Fiilin çeşidi ve nedeni</w:t>
      </w:r>
    </w:p>
    <w:p>
      <w:r>
        <w:t>☐ Öğrenci ifadesinin özeti</w:t>
      </w:r>
    </w:p>
    <w:p>
      <w:r>
        <w:t>☐ Tanık ifadelerinin özeti</w:t>
      </w:r>
    </w:p>
    <w:p>
      <w:r>
        <w:t>☐ Diğer deliller</w:t>
      </w:r>
    </w:p>
    <w:p>
      <w:r>
        <w:t>☐ Hafifleten/ağırlaştıran nedenler</w:t>
      </w:r>
    </w:p>
    <w:p>
      <w:r>
        <w:t>☐ Kurul kanaati</w:t>
      </w:r>
    </w:p>
    <w:p>
      <w:r>
        <w:t>☐ Ceza türü ve dayandığı madde</w:t>
      </w:r>
    </w:p>
    <w:p>
      <w:r>
        <w:t>☐ Tüm üyelerin imzası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B-15 • ÖĞRENCİ / VELİYE CEZA BİLDİRİMİ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Onaylanan disiplin cezasının öğrenci ve veliye tebliği/bildirimi için yardımcı şablon.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Karar No/Tarih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Ceza Türü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Onay Makamı/Tarihi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Tebliğ Tarihi </w:t>
      </w:r>
      <w:r>
        <w:t>__________________________________________________</w:t>
      </w:r>
    </w:p>
    <w:p>
      <w:r>
        <w:t>Yukarıdaki disiplin kararı tarafıma tebliğ edilmiştir.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İtiraz süresi ve mercii, ceza türüne göre yürürlükteki Ortaöğretim Kurumları Yönetmeliğinden kontrol edilerek bildirilmelidir.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Öğrenci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Veli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Tebliğ Eden</w:t>
            </w:r>
          </w:p>
        </w:tc>
      </w:tr>
      <w:tr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  <w:tc>
          <w:tcPr>
            <w:tcW w:type="dxa" w:w="3494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B-16 • DİSİPLİN CEZASINA İTİRAZ DİLEKÇESİ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Öğrenci/veli disiplin cezasına mevzuattaki süre içinde itiraz etmek istediğinde yardımcı şablon.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Başvuru Makamı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Öğrenci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Karar No/Tarih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Ceza Türü </w:t>
      </w:r>
      <w:r>
        <w:t>_______________________________________________________</w:t>
      </w:r>
    </w:p>
    <w:p>
      <w:pPr>
        <w:pStyle w:val="Heading3"/>
      </w:pPr>
      <w:r>
        <w:t>İTİRAZ GEREKÇELERİ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Öğrenci / Veli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B-17 • İLÇE / İL DİSİPLİN KURULUNA DOSYA GÖNDERME ÜST YAZISI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Onay veya itiraz nedeniyle dosyanın yetkili üst disiplin kuruluna gönderilmesi gerektiğinde.</w:t>
              <w:br/>
              <w:t>DAYANAK / NOT: Gönderilecek dosyada ilgili kurul kararı ve soruşturma belgeleri; itiraz dosyasında ayrıca itiraz yazısı/dilekçesi ve tebellüğ belgesi bulunmalıdır.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Sayı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Tarih </w:t>
      </w:r>
      <w:r>
        <w:t>___________________________________</w:t>
      </w:r>
    </w:p>
    <w:p>
      <w:pPr>
        <w:spacing w:after="80"/>
      </w:pPr>
      <w:r>
        <w:rPr>
          <w:b/>
        </w:rPr>
        <w:t xml:space="preserve">Konu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Gönderilen Makam </w:t>
      </w:r>
      <w:r>
        <w:t>____________________________________________________________</w:t>
      </w:r>
    </w:p>
    <w:p>
      <w:r>
        <w:t>Ekli öğrenci disiplin dosyası, yürürlükteki mevzuat hükümleri doğrultusunda değerlendirilmek/onaylanmak üzere gönderilmiştir.</w:t>
      </w:r>
    </w:p>
    <w:p>
      <w:pPr>
        <w:pStyle w:val="Heading3"/>
      </w:pPr>
      <w:r>
        <w:t>Ekler:</w:t>
      </w:r>
    </w:p>
    <w:p>
      <w:r>
        <w:t>1. ______________________________________________</w:t>
      </w:r>
    </w:p>
    <w:p>
      <w:r>
        <w:t>2. ______________________________________________</w:t>
      </w:r>
    </w:p>
    <w:p>
      <w:r>
        <w:t>3. ______________________________________________</w:t>
      </w:r>
    </w:p>
    <w:p>
      <w:r>
        <w:t>4. ______________________________________________</w:t>
      </w:r>
    </w:p>
    <w:p>
      <w:r>
        <w:t>5. ______________________________________________</w:t>
      </w:r>
    </w:p>
    <w:p>
      <w:r>
        <w:t>6. ______________________________________________</w:t>
      </w:r>
    </w:p>
    <w:p>
      <w:r>
        <w:t>7. ______________________________________________</w:t>
      </w:r>
    </w:p>
    <w:p>
      <w:r>
        <w:t>8. ______________________________________________</w:t>
      </w:r>
    </w:p>
    <w:p>
      <w:r>
        <w:t>9. ______________________________________________</w:t>
      </w:r>
    </w:p>
    <w:p>
      <w:r>
        <w:t>10. ______________________________________________</w:t>
      </w:r>
    </w:p>
    <w:p>
      <w:r>
        <w:t>11. 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Okul Müdürü</w:t>
            </w:r>
          </w:p>
        </w:tc>
      </w:tr>
      <w:tr>
        <w:tc>
          <w:tcPr>
            <w:tcW w:type="dxa" w:w="10482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br/>
              <w:br/>
              <w:t>İmza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872A37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B-18 • e-OKUL / e-MESEM İŞLEM KONTROL FORMU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Kesinleşen disiplin cezasının sistem kaydı ve sonraki kaldırma/puan iadesi işlemlerinin izlenmesi için.</w:t>
            </w:r>
          </w:p>
        </w:tc>
      </w:tr>
    </w:tbl>
    <w:p>
      <w:pPr>
        <w:spacing w:after="20"/>
      </w:pPr>
    </w:p>
    <w:p>
      <w:pPr>
        <w:spacing w:after="80"/>
      </w:pPr>
      <w:r>
        <w:rPr>
          <w:b/>
        </w:rPr>
        <w:t xml:space="preserve">Öğrenci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Sınıfı/No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Ceza / Karar No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Onay Tarihi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Sistem İşlem Tarihi </w:t>
      </w:r>
      <w:r>
        <w:t>__________________________________________________</w:t>
      </w:r>
    </w:p>
    <w:p>
      <w:r>
        <w:t>☐ Ceza doğru tür ve tarihle sisteme işlendi.</w:t>
      </w:r>
    </w:p>
    <w:p>
      <w:r>
        <w:t>☐ Davranış puanı işlemi kontrol edildi.</w:t>
      </w:r>
    </w:p>
    <w:p>
      <w:r>
        <w:t>☐ Tebliğ belgesi dosyada.</w:t>
      </w:r>
    </w:p>
    <w:p>
      <w:r>
        <w:t>☐ Varsa itiraz sonucu dosyada.</w:t>
      </w:r>
    </w:p>
    <w:p>
      <w:r>
        <w:t>☐ İyi hâl/kaldırma değerlendirmesi takip edildi.</w:t>
      </w:r>
    </w:p>
    <w:p>
      <w:r>
        <w:t>☐ Kaldırma/puan iadesi kararı varsa sistem güncellendi.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c>
          <w:tcPr>
            <w:tcW w:type="dxa" w:w="10482"/>
            <w:shd w:fill="CD962D"/>
            <w:vAlign w:val="center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SON • DOSYA TAMAMLAMA KONTROL LİSTESİ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NE ZAMAN KULLANILIR? Dosya kapatılmadan önce idarecinin son kontrolü için.</w:t>
            </w:r>
          </w:p>
        </w:tc>
      </w:tr>
    </w:tbl>
    <w:p>
      <w:pPr>
        <w:spacing w:after="20"/>
      </w:pPr>
    </w:p>
    <w:p>
      <w:r>
        <w:t>☐ Olay/bildirim belgesi mevcut.</w:t>
      </w:r>
    </w:p>
    <w:p>
      <w:r>
        <w:t>☐ Öğrenci ve gerekli tanık ifadeleri mevcut.</w:t>
      </w:r>
    </w:p>
    <w:p>
      <w:r>
        <w:t>☐ Deliller listelenmiş ve dosyalanmış.</w:t>
      </w:r>
    </w:p>
    <w:p>
      <w:r>
        <w:t>☐ Rehberlik görüşü gereken durumda alınmış.</w:t>
      </w:r>
    </w:p>
    <w:p>
      <w:r>
        <w:t>☐ Doğru kurul ve doğru mevzuat maddesi kullanılmış.</w:t>
      </w:r>
    </w:p>
    <w:p>
      <w:r>
        <w:t>☐ Kurula sevk/çağrı işlemleri belgeli.</w:t>
      </w:r>
    </w:p>
    <w:p>
      <w:r>
        <w:t>☐ Savunma gereken süreçte usulüne uygun alınmış.</w:t>
      </w:r>
    </w:p>
    <w:p>
      <w:r>
        <w:t>☐ Karar gerekçeli ve ilgili resmî EK formatına uygun.</w:t>
      </w:r>
    </w:p>
    <w:p>
      <w:r>
        <w:t>☐ Doğru onay makamı kullanılmış.</w:t>
      </w:r>
    </w:p>
    <w:p>
      <w:r>
        <w:t>☐ Tebliğ/tebellüğ belgesi dosyada.</w:t>
      </w:r>
    </w:p>
    <w:p>
      <w:r>
        <w:t>☐ Varsa itiraz süreci ve üst kurul belgeleri dosyada.</w:t>
      </w:r>
    </w:p>
    <w:p>
      <w:r>
        <w:t>☐ e-Okul/e-Mesem işlemleri tamamlanmış.</w:t>
      </w:r>
    </w:p>
    <w:p>
      <w:r>
        <w:t>☐ Belge asılları/örnekleri mevzuata uygun muhafaza edilmiş.</w:t>
      </w:r>
    </w:p>
    <w:p>
      <w:r>
        <w:t>☐ Öğrenci mahremiyeti ve kişisel veri güvenliği gözetilmiş.</w:t>
      </w:r>
    </w:p>
    <w:p>
      <w:r>
        <w:t>☐ İzleme, rehberlik ve yaptırım/ceza kaldırma takibi planlanmış.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5F8F9"/>
            <w:vAlign w:val="center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KULLANIM UYARISI: Bu paket pratik yönetici yardımcısıdır. Disiplin/yaptırım kararı verileceği gün yürürlükteki yönetmelik metni ve resmî ekler mutlaka yeniden kontrol edilmelidir.</w:t>
            </w:r>
          </w:p>
        </w:tc>
      </w:tr>
    </w:tbl>
    <w:p>
      <w:pPr>
        <w:spacing w:after="20"/>
      </w:pP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092A45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SON SÜRÜM • İDARECİ HIZLI KULLANIM REHBERİ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4F7F8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Bu bölüm, olay gerçekleştiğinde idarecinin hangi evrakı hangi sırada kullanacağını tek bakışta göstermesi için hazırlanmıştır.</w:t>
            </w:r>
          </w:p>
        </w:tc>
      </w:tr>
    </w:tbl>
    <w:p/>
    <w:p>
      <w:pPr>
        <w:pStyle w:val="Heading1"/>
      </w:pPr>
      <w:r>
        <w:t>A. ORTAOKUL - Önerilen Evrak Kullanım Sırası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shd w:fill="1C97A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Sıra</w:t>
            </w:r>
          </w:p>
        </w:tc>
        <w:tc>
          <w:tcPr>
            <w:tcW w:type="dxa" w:w="3494"/>
            <w:shd w:fill="1C97A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Evrak / İşlem</w:t>
            </w:r>
          </w:p>
        </w:tc>
        <w:tc>
          <w:tcPr>
            <w:tcW w:type="dxa" w:w="3494"/>
            <w:shd w:fill="1C97A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Amaç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1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Olay Tespit Tutanağı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Olayın ilk ve somut kaydı.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2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Delil / Belge Listesi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Mevcut bilgi, belge ve kayıtların dosyalanması.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3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ÖDDK'ya Sevk Yazısı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Dosyanın Öğrenci Davranışlarını Değerlendirme Kuruluna intikali.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4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Öğrenci İfade Tutanağı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Kurula sevk edilen öğrencinin ifadesi.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5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Tanık İfade Tutanağı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Gerekli tanık ifadeleri.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6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Rehberlik / Sınıf Rehber Öğretmeni Görüşü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Gerektiğinde gelişimsel değerlendirme.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7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ÖDDK Toplantı / Değerlendirme Tutanağı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Delil, ifade ve olayın kurulca değerlendirilmesi.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8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Resmî EK-10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Kurul kararının güncel resmî EK-10'a uygun düzenlenmesi.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9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Yetkili Onay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Yaptırım türüne göre okul müdürü veya ilçe kurulu süreci.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10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Veliye Tebliğ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Kararın veliye tebliği ve itiraz süresinin başlatılması.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11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Varsa İtiraz / İlçe Kurulu Evrakı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İtiraz veya okul değiştirme sürecinin yürütülmesi.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12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e-Okul + İzleme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Kayıt, olumlu davranış izlemi ve dönem sonu kaldırma değerlendirmesi.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1C97A4"/>
                <w:sz w:val="18"/>
              </w:rPr>
              <w:t>13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Dizi Pusulası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Dosyanın bütün evraklarıyla sıralanarak kapatılması.</w:t>
            </w:r>
          </w:p>
        </w:tc>
      </w:tr>
    </w:tbl>
    <w:p/>
    <w:p>
      <w:pPr>
        <w:pStyle w:val="Heading1"/>
      </w:pPr>
      <w:r>
        <w:t>B. LİSE - Önerilen Evrak Kullanım Sırası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c>
          <w:tcPr>
            <w:tcW w:type="dxa" w:w="3494"/>
            <w:shd w:fill="872A3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Sıra</w:t>
            </w:r>
          </w:p>
        </w:tc>
        <w:tc>
          <w:tcPr>
            <w:tcW w:type="dxa" w:w="3494"/>
            <w:shd w:fill="872A3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Evrak / İşlem</w:t>
            </w:r>
          </w:p>
        </w:tc>
        <w:tc>
          <w:tcPr>
            <w:tcW w:type="dxa" w:w="3494"/>
            <w:shd w:fill="872A37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Amaç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1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Disiplin Bildirim / Olay Tutanağı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Olayın resmî kaydı.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2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Bilgi Toplama Formları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Öğretmen, öğrenci ve rehberlik bilgilerinin toplanması.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3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Kurula Sevk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Dosyanın Okul Öğrenci Ödül ve Disiplin Kuruluna intikali.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4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Mağdur / Tanık / İlgili Öğrenci İfadeleri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Yazılı ifadelerin dosyalanması.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5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Kurul Çağrı Pusulası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Öğrencinin kurul toplantısına yazılı ve imza karşılığı çağrılması.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6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Yazılı / Gerektiğinde Sözlü Savunma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Öğrencinin savunmasının alınması.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7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Rehberlik Servisi Görüşü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Gerektiğinde kişisel ve sosyal durum değerlendirmesi.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8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Resmî EK-1 Kurul Kararı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Kararın gerekçeli ve resmî formata uygun düzenlenmesi.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9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Yetkili Onay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Ceza türüne göre okul müdürü / ilçe / il disiplin kurulu.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10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Öğrenci ve Veliye Bildirim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Kararın tebliği.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11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Varsa İtiraz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Ceza türüne göre yetkili üst kurula başvuru.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12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e-Okul / e-Mesem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Ceza ve davranış puanı işlemlerinin kaydı.</w:t>
            </w:r>
          </w:p>
        </w:tc>
      </w:tr>
      <w:tr>
        <w:tc>
          <w:tcPr>
            <w:tcW w:type="dxa" w:w="3494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872A37"/>
                <w:sz w:val="18"/>
              </w:rPr>
              <w:t>13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/>
                <w:color w:val="092A45"/>
                <w:sz w:val="18"/>
              </w:rPr>
              <w:t>Dizi Pusulası</w:t>
            </w:r>
          </w:p>
        </w:tc>
        <w:tc>
          <w:tcPr>
            <w:tcW w:type="dxa" w:w="3494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Disiplin dosyasının sıralı ve eksiksiz kapatılması.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CD962D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RESMÎ FORMLAR • KULLANIM NOTU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4F7F8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Resmî yönetmelik ekleri yeniden tasarlanmamıştır. Böylece kullanıcı, eski veya değiştirilmiş bir formu yanlışlıkla 'resmî form' sanmaz. İşlem tarihinde yürürlükte bulunan resmî form kullanılmalıdır.</w:t>
            </w:r>
          </w:p>
        </w:tc>
      </w:tr>
    </w:tbl>
    <w:p/>
    <w:p>
      <w:pPr>
        <w:pStyle w:val="Heading1"/>
      </w:pPr>
      <w:r>
        <w:t>ORTAOKUL - EK-10</w:t>
      </w:r>
    </w:p>
    <w:p>
      <w:r>
        <w:rPr>
          <w:b/>
        </w:rPr>
        <w:t xml:space="preserve">Resmî form: </w:t>
      </w:r>
      <w:r>
        <w:t>Öğrenci Davranışlarını Değerlendirme Kurulu Karar Örneği (EK-10).</w:t>
      </w:r>
    </w:p>
    <w:p>
      <w:r>
        <w:t>28 Temmuz 2026 değişikliğiyle kararların EK-10'a uygun yazılması, tutanak altına alınarak dosyalanması; yaptırım takdirinde esas alınan hususların özetlenmesi ve dayanılan yönetmelik maddelerinin belirtilmesi açıkça düzenlenmiştir.</w:t>
      </w:r>
    </w:p>
    <w:p>
      <w:r>
        <w:t>☐ Güncel EK-10 kullanıldı.</w:t>
      </w:r>
    </w:p>
    <w:p>
      <w:r>
        <w:t>☐ Kararda yaptırım takdirine esas hususlar özetlendi.</w:t>
      </w:r>
    </w:p>
    <w:p>
      <w:r>
        <w:t>☐ Dayanılan yönetmelik maddesi/bendi yazıldı.</w:t>
      </w:r>
    </w:p>
    <w:p>
      <w:r>
        <w:t>☐ Karara katılan üyeler imzaladı.</w:t>
      </w:r>
    </w:p>
    <w:p>
      <w:r>
        <w:t>☐ Karşı oy varsa gerekçesi yazılarak imzalandı.</w:t>
      </w:r>
    </w:p>
    <w:p>
      <w:pPr>
        <w:pStyle w:val="Heading1"/>
      </w:pPr>
      <w:r>
        <w:t>LİSE - EK-1</w:t>
      </w:r>
    </w:p>
    <w:p>
      <w:r>
        <w:rPr>
          <w:b/>
        </w:rPr>
        <w:t xml:space="preserve">Resmî form: </w:t>
      </w:r>
      <w:r>
        <w:t>Okul Öğrenci Ödül ve Disiplin Kurulu Karar Örneği (EK-1).</w:t>
      </w:r>
    </w:p>
    <w:p>
      <w:r>
        <w:t>Kurul kararları gerekçeli hazırlanmalı, cezanın takdirinde esas alınan hususlar özetlenmeli, dayanılan yönetmelik maddeleri belirtilmeli ve EK-1'e uygun düzenlenmelidir.</w:t>
      </w:r>
    </w:p>
    <w:p>
      <w:r>
        <w:t>☐ Güncel EK-1 kullanıldı.</w:t>
      </w:r>
    </w:p>
    <w:p>
      <w:r>
        <w:t>☐ Öğrenci ve olay bilgileri eksiksiz.</w:t>
      </w:r>
    </w:p>
    <w:p>
      <w:r>
        <w:t>☐ İfade/savunma ve deliller kararda değerlendirildi.</w:t>
      </w:r>
    </w:p>
    <w:p>
      <w:r>
        <w:t>☐ Hafifleten/ağırlaştıran nedenler değerlendirildi.</w:t>
      </w:r>
    </w:p>
    <w:p>
      <w:r>
        <w:t>☐ Ceza türü ve dayanak maddesi açık.</w:t>
      </w:r>
    </w:p>
    <w:p>
      <w:r>
        <w:t>☐ Kurul üyelerinin imzaları tamam.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CD962D"/>
          </w:tcPr>
          <w:p>
            <w:pPr>
              <w:jc w:val="center"/>
            </w:pPr>
            <w:r/>
            <w:r>
              <w:rPr>
                <w:rFonts w:ascii="Aptos" w:hAnsi="Aptos"/>
                <w:b/>
                <w:color w:val="FFFFFF"/>
                <w:sz w:val="30"/>
              </w:rPr>
              <w:t>2026 GÜNCELLİK KONTROLÜ</w:t>
            </w:r>
          </w:p>
        </w:tc>
      </w:tr>
    </w:tbl>
    <w:p/>
    <w:p>
      <w:r>
        <w:t>28 Temmuz 2026 tarihli değişiklik kapsamında ortaokul işlemlerinde özellikle aşağıdaki noktalar kontrol edilmiştir:</w:t>
      </w:r>
    </w:p>
    <w:p>
      <w:r>
        <w:t>• Öğrenci davranışları sisteminin amaçlarına okul ve toplum düzeninin korunması vurgusunun eklenmesi.</w:t>
      </w:r>
    </w:p>
    <w:p>
      <w:r>
        <w:t>• Kınama yaptırımına bilişim araçlarının okul yönetimince belirlenen usul ve esaslara aykırı kullanımının eklenmesi.</w:t>
      </w:r>
    </w:p>
    <w:p>
      <w:r>
        <w:t>• Kurula sevk edilen öğrenci ve tanık ifadelerinin kurul başkanı tarafından rehberlik öğretmeni; yoksa bir öğretmen eşliğinde alınması.</w:t>
      </w:r>
    </w:p>
    <w:p>
      <w:r>
        <w:t>• Kararların EK-10'a uygun yazılması, tutanak altına alınması ve dosyalanması.</w:t>
      </w:r>
    </w:p>
    <w:p>
      <w:r>
        <w:t>• Öğrenci kişisel verilerinin KVKK kapsamında işlenmesi.</w:t>
      </w:r>
    </w:p>
    <w:p>
      <w:r>
        <w:t>• Güvenlik amaçlı arama ve inceleme hâlinde iki nüsha tutanak düzenlenmesi ve muhafaza edilmesi.</w:t>
      </w:r>
    </w:p>
    <w:p>
      <w:pPr>
        <w:pStyle w:val="Heading1"/>
      </w:pPr>
      <w:r>
        <w:t>İdareci İçin Son 8 Kontrol</w:t>
      </w:r>
    </w:p>
    <w:p>
      <w:r>
        <w:t>☐ Doğru okul türünün mevzuatını kullandım mı?</w:t>
      </w:r>
    </w:p>
    <w:p>
      <w:r>
        <w:t>☐ Fiili, yönetmelikteki doğru bentle eşleştirdim mi?</w:t>
      </w:r>
    </w:p>
    <w:p>
      <w:r>
        <w:t>☐ Öğrenci/tanık ifadesi ve savunma usulü doğru mu?</w:t>
      </w:r>
    </w:p>
    <w:p>
      <w:r>
        <w:t>☐ Deliller dosyada ve dizi pusulasında mı?</w:t>
      </w:r>
    </w:p>
    <w:p>
      <w:r>
        <w:t>☐ Karar gerekçeli mi ve resmî EK formatı güncel mi?</w:t>
      </w:r>
    </w:p>
    <w:p>
      <w:r>
        <w:t>☐ Doğru onay ve itiraz makamı kullanıldı mı?</w:t>
      </w:r>
    </w:p>
    <w:p>
      <w:r>
        <w:t>☐ Tebliğ ve sistem kayıtları tamamlandı mı?</w:t>
      </w:r>
    </w:p>
    <w:p>
      <w:r>
        <w:t>☐ Öğrenci mahremiyeti, rehberlik ve izleme boyutu korundu mu?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82"/>
      </w:tblGrid>
      <w:tr>
        <w:tc>
          <w:tcPr>
            <w:tcW w:type="dxa" w:w="10482"/>
            <w:shd w:fill="F4F7F8"/>
          </w:tcPr>
          <w:p>
            <w:pPr>
              <w:jc w:val="left"/>
            </w:pPr>
            <w:r/>
            <w:r>
              <w:rPr>
                <w:rFonts w:ascii="Aptos" w:hAnsi="Aptos"/>
                <w:b w:val="0"/>
                <w:color w:val="5F6C74"/>
                <w:sz w:val="18"/>
              </w:rPr>
              <w:t>Son kontrol tarihi: 2 Eylül 2026. Mevzuat değişebileceğinden işlem yapılacağı tarihte Resmî Gazete/MEB güncel metni yeniden kontrol edilmelidir.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850" w:right="879" w:bottom="822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/>
        <w:color w:val="092A45"/>
        <w:sz w:val="17"/>
      </w:rPr>
      <w:t>Instagram: @agaogluburak   •   YouTube: Burak AĞAOĞLU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092A45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1C97A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872A3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092A4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